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B19C" w14:textId="77777777" w:rsidR="00E158BB" w:rsidRPr="00DB6735" w:rsidRDefault="000D123C" w:rsidP="00E53A79">
      <w:pPr>
        <w:pStyle w:val="Nadpis1"/>
        <w:spacing w:before="0"/>
        <w:jc w:val="center"/>
        <w:rPr>
          <w:rFonts w:ascii="Times New Roman" w:hAnsi="Times New Roman" w:cs="Times New Roman"/>
          <w:color w:val="auto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>PRÍLOHA Č. 1</w:t>
      </w: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br/>
        <w:t>ROZSAH PREDMETU OBSTARÁVANIA A CENOVÁ PONUKA</w:t>
      </w:r>
    </w:p>
    <w:p w14:paraId="3240ECD0" w14:textId="181885EE" w:rsidR="00DB6735" w:rsidRPr="00DB6735" w:rsidRDefault="000D123C" w:rsidP="00DB6735">
      <w:pPr>
        <w:pStyle w:val="Nadpis2"/>
        <w:numPr>
          <w:ilvl w:val="0"/>
          <w:numId w:val="10"/>
        </w:numPr>
        <w:rPr>
          <w:rFonts w:ascii="Times New Roman" w:hAnsi="Times New Roman" w:cs="Times New Roman"/>
          <w:color w:val="auto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>Rozsah predmetu obstarávania</w:t>
      </w:r>
    </w:p>
    <w:p w14:paraId="7AD974E8" w14:textId="3FB0F367" w:rsidR="00DB6735" w:rsidRPr="00DB6735" w:rsidRDefault="00DB6735" w:rsidP="00AE1E60">
      <w:pPr>
        <w:ind w:left="720"/>
        <w:jc w:val="both"/>
        <w:rPr>
          <w:rFonts w:ascii="Times New Roman" w:hAnsi="Times New Roman" w:cs="Times New Roman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sz w:val="20"/>
          <w:szCs w:val="20"/>
          <w:lang w:val="sk-SK"/>
        </w:rPr>
        <w:t>Predmetom zákazky je dodanie kolesového traktora pre verejného obstarávateľa v počte 1 kus. Kolesový traktor musí byť nový, nejazdený, so zabezpečeným záručným servisom.</w:t>
      </w:r>
    </w:p>
    <w:p w14:paraId="5FC03413" w14:textId="6DED7AD1" w:rsidR="00E158BB" w:rsidRPr="00DB6735" w:rsidRDefault="000D123C" w:rsidP="000D123C">
      <w:pPr>
        <w:pStyle w:val="Nadpis3"/>
        <w:numPr>
          <w:ilvl w:val="1"/>
          <w:numId w:val="10"/>
        </w:numPr>
        <w:rPr>
          <w:rFonts w:ascii="Times New Roman" w:hAnsi="Times New Roman" w:cs="Times New Roman"/>
          <w:color w:val="auto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>Kolesový traktor – 1 ks</w:t>
      </w:r>
    </w:p>
    <w:p w14:paraId="22B710C6" w14:textId="77777777" w:rsidR="00AE1E60" w:rsidRPr="00AE1E60" w:rsidRDefault="00AE1E60" w:rsidP="00AE1E60">
      <w:pPr>
        <w:pStyle w:val="Zoznamsodrkami"/>
        <w:tabs>
          <w:tab w:val="clear" w:pos="360"/>
          <w:tab w:val="num" w:pos="1080"/>
        </w:tabs>
        <w:ind w:left="1080"/>
        <w:rPr>
          <w:rFonts w:ascii="Times New Roman" w:hAnsi="Times New Roman" w:cs="Times New Roman"/>
          <w:bCs/>
          <w:sz w:val="20"/>
          <w:szCs w:val="20"/>
          <w:lang w:val="sk-SK"/>
        </w:rPr>
      </w:pPr>
      <w:r w:rsidRPr="00AE1E60">
        <w:rPr>
          <w:rFonts w:ascii="Times New Roman" w:hAnsi="Times New Roman" w:cs="Times New Roman"/>
          <w:bCs/>
          <w:sz w:val="20"/>
          <w:szCs w:val="20"/>
          <w:lang w:val="sk-SK"/>
        </w:rPr>
        <w:t xml:space="preserve">Motor: 4 valcový s výkonom minimálne 75 HP  </w:t>
      </w:r>
    </w:p>
    <w:p w14:paraId="640B4668" w14:textId="77777777" w:rsidR="00AE1E60" w:rsidRPr="00AE1E60" w:rsidRDefault="00AE1E60" w:rsidP="00AE1E60">
      <w:pPr>
        <w:pStyle w:val="Zoznamsodrkami"/>
        <w:tabs>
          <w:tab w:val="clear" w:pos="360"/>
          <w:tab w:val="num" w:pos="1080"/>
        </w:tabs>
        <w:ind w:left="1080"/>
        <w:rPr>
          <w:rFonts w:ascii="Times New Roman" w:hAnsi="Times New Roman" w:cs="Times New Roman"/>
          <w:bCs/>
          <w:sz w:val="20"/>
          <w:szCs w:val="20"/>
          <w:lang w:val="sk-SK"/>
        </w:rPr>
      </w:pPr>
      <w:r w:rsidRPr="00AE1E60">
        <w:rPr>
          <w:rFonts w:ascii="Times New Roman" w:hAnsi="Times New Roman" w:cs="Times New Roman"/>
          <w:bCs/>
          <w:sz w:val="20"/>
          <w:szCs w:val="20"/>
          <w:lang w:val="sk-SK"/>
        </w:rPr>
        <w:t xml:space="preserve">4x4 pohon s elektronicko-hydraulickým zapínaním a uzávierkou diferenciálu </w:t>
      </w:r>
    </w:p>
    <w:p w14:paraId="1F98F2C1" w14:textId="77777777" w:rsidR="00AE1E60" w:rsidRPr="00AE1E60" w:rsidRDefault="00AE1E60" w:rsidP="00AE1E60">
      <w:pPr>
        <w:pStyle w:val="Zoznamsodrkami"/>
        <w:tabs>
          <w:tab w:val="clear" w:pos="360"/>
          <w:tab w:val="num" w:pos="1080"/>
        </w:tabs>
        <w:ind w:left="1080"/>
        <w:rPr>
          <w:rFonts w:ascii="Times New Roman" w:hAnsi="Times New Roman" w:cs="Times New Roman"/>
          <w:bCs/>
          <w:sz w:val="20"/>
          <w:szCs w:val="20"/>
          <w:lang w:val="sk-SK"/>
        </w:rPr>
      </w:pPr>
      <w:r w:rsidRPr="00AE1E60">
        <w:rPr>
          <w:rFonts w:ascii="Times New Roman" w:hAnsi="Times New Roman" w:cs="Times New Roman"/>
          <w:bCs/>
          <w:sz w:val="20"/>
          <w:szCs w:val="20"/>
          <w:lang w:val="sk-SK"/>
        </w:rPr>
        <w:t xml:space="preserve">Prevodovka: synchronizovaná, počet stupňov minimálne 12 vpred + 12 vzad </w:t>
      </w:r>
    </w:p>
    <w:p w14:paraId="49A589F7" w14:textId="77777777" w:rsidR="00AE1E60" w:rsidRPr="00AE1E60" w:rsidRDefault="00AE1E60" w:rsidP="00AE1E60">
      <w:pPr>
        <w:pStyle w:val="Zoznamsodrkami"/>
        <w:tabs>
          <w:tab w:val="clear" w:pos="360"/>
          <w:tab w:val="num" w:pos="1080"/>
        </w:tabs>
        <w:ind w:left="1080"/>
        <w:rPr>
          <w:rFonts w:ascii="Times New Roman" w:hAnsi="Times New Roman" w:cs="Times New Roman"/>
          <w:bCs/>
          <w:sz w:val="20"/>
          <w:szCs w:val="20"/>
          <w:lang w:val="sk-SK"/>
        </w:rPr>
      </w:pPr>
      <w:r w:rsidRPr="00AE1E60">
        <w:rPr>
          <w:rFonts w:ascii="Times New Roman" w:hAnsi="Times New Roman" w:cs="Times New Roman"/>
          <w:bCs/>
          <w:sz w:val="20"/>
          <w:szCs w:val="20"/>
          <w:lang w:val="sk-SK"/>
        </w:rPr>
        <w:t>Hydraulika: minimálny zdvih 2000 kg (</w:t>
      </w:r>
      <w:proofErr w:type="spellStart"/>
      <w:r w:rsidRPr="00AE1E60">
        <w:rPr>
          <w:rFonts w:ascii="Times New Roman" w:hAnsi="Times New Roman" w:cs="Times New Roman"/>
          <w:bCs/>
          <w:sz w:val="20"/>
          <w:szCs w:val="20"/>
          <w:lang w:val="sk-SK"/>
        </w:rPr>
        <w:t>kat.II</w:t>
      </w:r>
      <w:proofErr w:type="spellEnd"/>
      <w:r w:rsidRPr="00AE1E60">
        <w:rPr>
          <w:rFonts w:ascii="Times New Roman" w:hAnsi="Times New Roman" w:cs="Times New Roman"/>
          <w:bCs/>
          <w:sz w:val="20"/>
          <w:szCs w:val="20"/>
          <w:lang w:val="sk-SK"/>
        </w:rPr>
        <w:t xml:space="preserve">)  </w:t>
      </w:r>
    </w:p>
    <w:p w14:paraId="6EAA96E1" w14:textId="77777777" w:rsidR="00AE1E60" w:rsidRPr="00AE1E60" w:rsidRDefault="00AE1E60" w:rsidP="00AE1E60">
      <w:pPr>
        <w:pStyle w:val="Zoznamsodrkami"/>
        <w:tabs>
          <w:tab w:val="clear" w:pos="360"/>
          <w:tab w:val="num" w:pos="1080"/>
        </w:tabs>
        <w:ind w:left="1080"/>
      </w:pPr>
      <w:r w:rsidRPr="00AE1E60">
        <w:rPr>
          <w:rFonts w:ascii="Times New Roman" w:hAnsi="Times New Roman" w:cs="Times New Roman"/>
          <w:bCs/>
          <w:sz w:val="20"/>
          <w:szCs w:val="20"/>
          <w:lang w:val="sk-SK"/>
        </w:rPr>
        <w:t>Pneumatiky:</w:t>
      </w:r>
      <w:r w:rsidRPr="00AE1E60">
        <w:rPr>
          <w:rFonts w:ascii="Times New Roman" w:hAnsi="Times New Roman" w:cs="Times New Roman"/>
          <w:sz w:val="20"/>
          <w:szCs w:val="20"/>
          <w:lang w:val="sk-SK"/>
        </w:rPr>
        <w:t xml:space="preserve"> vhodné pre rôzne povrchy a podmienky</w:t>
      </w:r>
    </w:p>
    <w:p w14:paraId="6DF42CA5" w14:textId="77777777" w:rsidR="00E158BB" w:rsidRPr="00DB6735" w:rsidRDefault="000D123C" w:rsidP="000D123C">
      <w:pPr>
        <w:pStyle w:val="Zoznamsodrkami"/>
        <w:tabs>
          <w:tab w:val="clear" w:pos="360"/>
          <w:tab w:val="num" w:pos="1080"/>
        </w:tabs>
        <w:ind w:left="1080"/>
        <w:rPr>
          <w:rFonts w:ascii="Times New Roman" w:hAnsi="Times New Roman" w:cs="Times New Roman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sz w:val="20"/>
          <w:szCs w:val="20"/>
          <w:lang w:val="sk-SK"/>
        </w:rPr>
        <w:t>Spĺňanie všetkých zákonných a technických podmienok prevádzky v SR</w:t>
      </w:r>
    </w:p>
    <w:p w14:paraId="4B61A968" w14:textId="77777777" w:rsidR="00E158BB" w:rsidRPr="00DB6735" w:rsidRDefault="000D123C" w:rsidP="000D123C">
      <w:pPr>
        <w:pStyle w:val="Zoznamsodrkami"/>
        <w:tabs>
          <w:tab w:val="clear" w:pos="360"/>
          <w:tab w:val="num" w:pos="1080"/>
        </w:tabs>
        <w:ind w:left="1080"/>
        <w:rPr>
          <w:rFonts w:ascii="Times New Roman" w:hAnsi="Times New Roman" w:cs="Times New Roman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sz w:val="20"/>
          <w:szCs w:val="20"/>
          <w:lang w:val="sk-SK"/>
        </w:rPr>
        <w:t>Zabezpečený záručný servis</w:t>
      </w:r>
    </w:p>
    <w:p w14:paraId="67003160" w14:textId="77777777" w:rsidR="000D123C" w:rsidRDefault="000D123C" w:rsidP="000D123C">
      <w:pPr>
        <w:pStyle w:val="Nadpis2"/>
        <w:numPr>
          <w:ilvl w:val="0"/>
          <w:numId w:val="10"/>
        </w:numPr>
        <w:rPr>
          <w:rFonts w:ascii="Times New Roman" w:hAnsi="Times New Roman" w:cs="Times New Roman"/>
          <w:color w:val="auto"/>
          <w:sz w:val="24"/>
          <w:szCs w:val="24"/>
          <w:lang w:val="sk-SK"/>
        </w:rPr>
      </w:pPr>
      <w:r w:rsidRPr="000D123C">
        <w:rPr>
          <w:rFonts w:ascii="Times New Roman" w:hAnsi="Times New Roman" w:cs="Times New Roman"/>
          <w:color w:val="auto"/>
          <w:sz w:val="24"/>
          <w:szCs w:val="24"/>
          <w:lang w:val="sk-SK"/>
        </w:rPr>
        <w:t>Cenová ponuka</w:t>
      </w:r>
    </w:p>
    <w:tbl>
      <w:tblPr>
        <w:tblStyle w:val="Svetlpodfarbenie"/>
        <w:tblW w:w="9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211"/>
        <w:gridCol w:w="1233"/>
        <w:gridCol w:w="1403"/>
        <w:gridCol w:w="1216"/>
        <w:gridCol w:w="1215"/>
        <w:gridCol w:w="1216"/>
      </w:tblGrid>
      <w:tr w:rsidR="000D123C" w:rsidRPr="000D123C" w14:paraId="0BB14EBE" w14:textId="77777777" w:rsidTr="002A57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0D732A89" w14:textId="77777777" w:rsidR="00E158BB" w:rsidRPr="000D123C" w:rsidRDefault="000D123C" w:rsidP="00E53A79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proofErr w:type="spellStart"/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P.č</w:t>
            </w:r>
            <w:proofErr w:type="spellEnd"/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.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16338A83" w14:textId="77777777" w:rsidR="00E158BB" w:rsidRPr="000D123C" w:rsidRDefault="000D123C" w:rsidP="00E53A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Názov položky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525574AB" w14:textId="77777777" w:rsidR="00E158BB" w:rsidRPr="000D123C" w:rsidRDefault="000D123C" w:rsidP="00E53A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Množstvo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33699CFD" w14:textId="77777777" w:rsidR="00E158BB" w:rsidRPr="000D123C" w:rsidRDefault="000D123C" w:rsidP="00E53A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Jednotková cena bez DPH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75B859B8" w14:textId="77777777" w:rsidR="00E158BB" w:rsidRPr="000D123C" w:rsidRDefault="000D123C" w:rsidP="00E53A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Cena bez DPH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3C56D072" w14:textId="77777777" w:rsidR="00E158BB" w:rsidRPr="000D123C" w:rsidRDefault="000D123C" w:rsidP="00E53A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DPH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69876EC4" w14:textId="77777777" w:rsidR="00E158BB" w:rsidRPr="000D123C" w:rsidRDefault="000D123C" w:rsidP="00E53A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Cena s DPH</w:t>
            </w:r>
          </w:p>
        </w:tc>
      </w:tr>
      <w:tr w:rsidR="000D123C" w:rsidRPr="000D123C" w14:paraId="397D56D3" w14:textId="77777777" w:rsidTr="002A57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673F7" w14:textId="77777777" w:rsidR="00E158BB" w:rsidRPr="000D123C" w:rsidRDefault="000D123C" w:rsidP="002A570F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.</w:t>
            </w:r>
          </w:p>
        </w:tc>
        <w:tc>
          <w:tcPr>
            <w:tcW w:w="221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B9343" w14:textId="1F9B4B9A" w:rsidR="00E158BB" w:rsidRPr="000D123C" w:rsidRDefault="000D123C" w:rsidP="002A57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Kolesový traktor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D4496" w14:textId="77777777" w:rsidR="00E158BB" w:rsidRPr="000D123C" w:rsidRDefault="000D123C" w:rsidP="002A57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1 ks</w:t>
            </w:r>
          </w:p>
        </w:tc>
        <w:tc>
          <w:tcPr>
            <w:tcW w:w="140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D00C3" w14:textId="77777777" w:rsidR="00E158BB" w:rsidRPr="000D123C" w:rsidRDefault="00E158BB" w:rsidP="002A57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3239D" w14:textId="77777777" w:rsidR="00E158BB" w:rsidRPr="000D123C" w:rsidRDefault="00E158BB" w:rsidP="002A57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A11A7" w14:textId="77777777" w:rsidR="00E158BB" w:rsidRPr="000D123C" w:rsidRDefault="00E158BB" w:rsidP="002A57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428C8" w14:textId="77777777" w:rsidR="00E158BB" w:rsidRPr="000D123C" w:rsidRDefault="00E158BB" w:rsidP="002A57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</w:tr>
      <w:tr w:rsidR="000D123C" w:rsidRPr="000D123C" w14:paraId="682474A5" w14:textId="77777777" w:rsidTr="00AE1E60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B1C98A" w14:textId="77777777" w:rsidR="00E158BB" w:rsidRPr="000D123C" w:rsidRDefault="00E158BB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221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8DAC5D" w14:textId="77777777" w:rsidR="00E158BB" w:rsidRPr="000D123C" w:rsidRDefault="000D123C" w:rsidP="000D1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sk-SK"/>
              </w:rPr>
              <w:t>SPOLU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1A67F1" w14:textId="77777777" w:rsidR="00E158BB" w:rsidRPr="000D123C" w:rsidRDefault="00E1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40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1261A5" w14:textId="77777777" w:rsidR="00E158BB" w:rsidRPr="000D123C" w:rsidRDefault="00E1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38A94B" w14:textId="77777777" w:rsidR="00E158BB" w:rsidRPr="000D123C" w:rsidRDefault="00E1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21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C37E7D" w14:textId="77777777" w:rsidR="00E158BB" w:rsidRPr="000D123C" w:rsidRDefault="00E1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21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D82586" w14:textId="77777777" w:rsidR="00E158BB" w:rsidRPr="000D123C" w:rsidRDefault="00E158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</w:tr>
    </w:tbl>
    <w:p w14:paraId="599BDE98" w14:textId="77777777" w:rsidR="00E158BB" w:rsidRPr="00E53A79" w:rsidRDefault="00E158BB">
      <w:pPr>
        <w:rPr>
          <w:rFonts w:ascii="Times New Roman" w:hAnsi="Times New Roman" w:cs="Times New Roman"/>
          <w:sz w:val="20"/>
          <w:szCs w:val="24"/>
          <w:lang w:val="sk-SK"/>
        </w:rPr>
      </w:pPr>
    </w:p>
    <w:p w14:paraId="4BB74256" w14:textId="77777777" w:rsidR="00E158BB" w:rsidRPr="00E53A79" w:rsidRDefault="000D123C">
      <w:pPr>
        <w:pStyle w:val="Nadpis3"/>
        <w:rPr>
          <w:rFonts w:ascii="Times New Roman" w:hAnsi="Times New Roman" w:cs="Times New Roman"/>
          <w:color w:val="auto"/>
          <w:szCs w:val="24"/>
          <w:lang w:val="sk-SK"/>
        </w:rPr>
      </w:pPr>
      <w:r w:rsidRPr="00E53A79">
        <w:rPr>
          <w:rFonts w:ascii="Times New Roman" w:hAnsi="Times New Roman" w:cs="Times New Roman"/>
          <w:color w:val="auto"/>
          <w:szCs w:val="24"/>
          <w:lang w:val="sk-SK"/>
        </w:rPr>
        <w:t>Čestné vyhlásenie uchádzača</w:t>
      </w:r>
    </w:p>
    <w:p w14:paraId="5078C445" w14:textId="77777777" w:rsidR="00E158BB" w:rsidRPr="00E53A79" w:rsidRDefault="000D123C" w:rsidP="000D123C">
      <w:pPr>
        <w:jc w:val="both"/>
        <w:rPr>
          <w:rFonts w:ascii="Times New Roman" w:hAnsi="Times New Roman" w:cs="Times New Roman"/>
          <w:szCs w:val="24"/>
          <w:lang w:val="sk-SK"/>
        </w:rPr>
      </w:pPr>
      <w:r w:rsidRPr="00E53A79">
        <w:rPr>
          <w:rFonts w:ascii="Times New Roman" w:hAnsi="Times New Roman" w:cs="Times New Roman"/>
          <w:szCs w:val="24"/>
          <w:lang w:val="sk-SK"/>
        </w:rPr>
        <w:t>Vyhlasujem, že ponúkaný predmet zákazky spĺňa všetky minimálne technické požiadavky uvedené vo výzve.</w:t>
      </w:r>
    </w:p>
    <w:p w14:paraId="440E5B8A" w14:textId="11E25770" w:rsidR="00E158BB" w:rsidRPr="00DB6735" w:rsidRDefault="000D123C" w:rsidP="000D123C">
      <w:pPr>
        <w:jc w:val="both"/>
        <w:rPr>
          <w:rFonts w:ascii="Times New Roman" w:hAnsi="Times New Roman" w:cs="Times New Roman"/>
          <w:sz w:val="18"/>
          <w:szCs w:val="20"/>
          <w:lang w:val="sk-SK"/>
        </w:rPr>
      </w:pPr>
      <w:r w:rsidRPr="00DB6735">
        <w:rPr>
          <w:rFonts w:ascii="Times New Roman" w:hAnsi="Times New Roman" w:cs="Times New Roman"/>
          <w:sz w:val="18"/>
          <w:szCs w:val="20"/>
          <w:lang w:val="sk-SK"/>
        </w:rPr>
        <w:t>Obchodné meno uchádzača: ________________________________</w:t>
      </w:r>
    </w:p>
    <w:p w14:paraId="75DA9A1E" w14:textId="77777777" w:rsidR="00E158BB" w:rsidRPr="00DB6735" w:rsidRDefault="000D123C">
      <w:pPr>
        <w:rPr>
          <w:rFonts w:ascii="Times New Roman" w:hAnsi="Times New Roman" w:cs="Times New Roman"/>
          <w:sz w:val="18"/>
          <w:szCs w:val="20"/>
          <w:lang w:val="sk-SK"/>
        </w:rPr>
      </w:pPr>
      <w:r w:rsidRPr="00DB6735">
        <w:rPr>
          <w:rFonts w:ascii="Times New Roman" w:hAnsi="Times New Roman" w:cs="Times New Roman"/>
          <w:sz w:val="18"/>
          <w:szCs w:val="20"/>
          <w:lang w:val="sk-SK"/>
        </w:rPr>
        <w:t>IČO: ________________________________</w:t>
      </w:r>
    </w:p>
    <w:p w14:paraId="5E575AB2" w14:textId="77777777" w:rsidR="00E158BB" w:rsidRPr="00DB6735" w:rsidRDefault="000D123C">
      <w:pPr>
        <w:rPr>
          <w:rFonts w:ascii="Times New Roman" w:hAnsi="Times New Roman" w:cs="Times New Roman"/>
          <w:sz w:val="18"/>
          <w:szCs w:val="20"/>
          <w:lang w:val="sk-SK"/>
        </w:rPr>
      </w:pPr>
      <w:r w:rsidRPr="00DB6735">
        <w:rPr>
          <w:rFonts w:ascii="Times New Roman" w:hAnsi="Times New Roman" w:cs="Times New Roman"/>
          <w:sz w:val="18"/>
          <w:szCs w:val="20"/>
          <w:lang w:val="sk-SK"/>
        </w:rPr>
        <w:t>Dátum: ________________________________</w:t>
      </w:r>
    </w:p>
    <w:p w14:paraId="6692105B" w14:textId="77777777" w:rsidR="00DB6735" w:rsidRDefault="00DB6735">
      <w:pPr>
        <w:rPr>
          <w:rFonts w:ascii="Times New Roman" w:hAnsi="Times New Roman" w:cs="Times New Roman"/>
          <w:sz w:val="18"/>
          <w:szCs w:val="20"/>
          <w:lang w:val="sk-SK"/>
        </w:rPr>
      </w:pPr>
    </w:p>
    <w:p w14:paraId="0F24DEFC" w14:textId="33412E18" w:rsidR="00E158BB" w:rsidRPr="00DB6735" w:rsidRDefault="000D123C">
      <w:pPr>
        <w:rPr>
          <w:rFonts w:ascii="Times New Roman" w:hAnsi="Times New Roman" w:cs="Times New Roman"/>
          <w:sz w:val="18"/>
          <w:szCs w:val="20"/>
          <w:lang w:val="sk-SK"/>
        </w:rPr>
      </w:pPr>
      <w:r w:rsidRPr="00DB6735">
        <w:rPr>
          <w:rFonts w:ascii="Times New Roman" w:hAnsi="Times New Roman" w:cs="Times New Roman"/>
          <w:sz w:val="18"/>
          <w:szCs w:val="20"/>
          <w:lang w:val="sk-SK"/>
        </w:rPr>
        <w:t>Podpis a pečiatka: ________________________________</w:t>
      </w:r>
    </w:p>
    <w:sectPr w:rsidR="00E158BB" w:rsidRPr="00DB6735" w:rsidSect="00DB6735">
      <w:pgSz w:w="12240" w:h="15840"/>
      <w:pgMar w:top="567" w:right="1800" w:bottom="567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F635BF"/>
    <w:multiLevelType w:val="multilevel"/>
    <w:tmpl w:val="9D903D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37877F45"/>
    <w:multiLevelType w:val="hybridMultilevel"/>
    <w:tmpl w:val="EBA4989C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93B19A0"/>
    <w:multiLevelType w:val="hybridMultilevel"/>
    <w:tmpl w:val="8E18BA56"/>
    <w:lvl w:ilvl="0" w:tplc="6EA8B100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554C12C3"/>
    <w:multiLevelType w:val="hybridMultilevel"/>
    <w:tmpl w:val="F8F4305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A0DD8E">
      <w:numFmt w:val="bullet"/>
      <w:lvlText w:val="-"/>
      <w:lvlJc w:val="left"/>
      <w:pPr>
        <w:ind w:left="1440" w:hanging="360"/>
      </w:pPr>
      <w:rPr>
        <w:rFonts w:ascii="Times New Roman" w:eastAsia="SimSun" w:hAnsi="Times New Roman" w:cs="Times New Roman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374929">
    <w:abstractNumId w:val="8"/>
  </w:num>
  <w:num w:numId="2" w16cid:durableId="492645592">
    <w:abstractNumId w:val="6"/>
  </w:num>
  <w:num w:numId="3" w16cid:durableId="2091080107">
    <w:abstractNumId w:val="5"/>
  </w:num>
  <w:num w:numId="4" w16cid:durableId="1259563853">
    <w:abstractNumId w:val="4"/>
  </w:num>
  <w:num w:numId="5" w16cid:durableId="865292054">
    <w:abstractNumId w:val="7"/>
  </w:num>
  <w:num w:numId="6" w16cid:durableId="2068841421">
    <w:abstractNumId w:val="3"/>
  </w:num>
  <w:num w:numId="7" w16cid:durableId="534343749">
    <w:abstractNumId w:val="2"/>
  </w:num>
  <w:num w:numId="8" w16cid:durableId="49614835">
    <w:abstractNumId w:val="1"/>
  </w:num>
  <w:num w:numId="9" w16cid:durableId="862981436">
    <w:abstractNumId w:val="0"/>
  </w:num>
  <w:num w:numId="10" w16cid:durableId="1919092614">
    <w:abstractNumId w:val="9"/>
  </w:num>
  <w:num w:numId="11" w16cid:durableId="1006829989">
    <w:abstractNumId w:val="12"/>
  </w:num>
  <w:num w:numId="12" w16cid:durableId="857498758">
    <w:abstractNumId w:val="10"/>
  </w:num>
  <w:num w:numId="13" w16cid:durableId="4517061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7730"/>
    <w:rsid w:val="00005B74"/>
    <w:rsid w:val="00034616"/>
    <w:rsid w:val="0006063C"/>
    <w:rsid w:val="00092687"/>
    <w:rsid w:val="000D123C"/>
    <w:rsid w:val="0015074B"/>
    <w:rsid w:val="00175894"/>
    <w:rsid w:val="0029639D"/>
    <w:rsid w:val="002A570F"/>
    <w:rsid w:val="00326F90"/>
    <w:rsid w:val="00656C45"/>
    <w:rsid w:val="007019A1"/>
    <w:rsid w:val="0070674B"/>
    <w:rsid w:val="00733652"/>
    <w:rsid w:val="007B2213"/>
    <w:rsid w:val="00AA1D8D"/>
    <w:rsid w:val="00AE1E60"/>
    <w:rsid w:val="00B47730"/>
    <w:rsid w:val="00BD0A22"/>
    <w:rsid w:val="00CB0664"/>
    <w:rsid w:val="00D31D15"/>
    <w:rsid w:val="00D37A80"/>
    <w:rsid w:val="00D627D4"/>
    <w:rsid w:val="00DB6735"/>
    <w:rsid w:val="00E158BB"/>
    <w:rsid w:val="00E237BD"/>
    <w:rsid w:val="00E53A7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87C59B"/>
  <w15:docId w15:val="{5791B10D-DC16-45BB-9EEA-14648B48F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CF50B1A-CCA7-4824-8FF3-7FB069575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144</Words>
  <Characters>978</Characters>
  <Application>Microsoft Office Word</Application>
  <DocSecurity>0</DocSecurity>
  <Lines>48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Ivana Lukáčová</cp:lastModifiedBy>
  <cp:revision>11</cp:revision>
  <cp:lastPrinted>2026-03-03T08:02:00Z</cp:lastPrinted>
  <dcterms:created xsi:type="dcterms:W3CDTF">2026-03-02T12:03:00Z</dcterms:created>
  <dcterms:modified xsi:type="dcterms:W3CDTF">2026-03-09T11:04:00Z</dcterms:modified>
</cp:coreProperties>
</file>